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pStyle w:val="aa"/>
        <w:keepNext/>
        <w:spacing w:before="0" w:after="60"/>
        <w:jc w:val="center"/>
      </w:pPr>
      <w:r>
        <w:rPr>
          <w:rFonts w:ascii="Yu Gothic" w:hAnsi="Yu Gothic" w:eastAsia="Yu Gothic"/>
          <w:b/>
          <w:color w:val="000000"/>
          <w:sz w:val="32"/>
        </w:rPr>
        <w:t>病理標本画像提供依頼書（院外用）</w:t>
      </w:r>
    </w:p>
    <w:p>
      <w:pPr>
        <w:spacing w:after="100"/>
        <w:jc w:val="right"/>
      </w:pPr>
      <w:r>
        <w:rPr>
          <w:rFonts w:ascii="Yu Gothic" w:hAnsi="Yu Gothic" w:eastAsia="Yu Gothic"/>
          <w:b w:val="0"/>
          <w:color w:val="000000"/>
          <w:sz w:val="19"/>
        </w:rPr>
        <w:t>依頼日　20　　年　　月　　日</w:t>
      </w:r>
    </w:p>
    <w:p>
      <w:pPr>
        <w:spacing w:after="40" w:line="264" w:lineRule="auto"/>
      </w:pPr>
      <w:r>
        <w:rPr>
          <w:rFonts w:ascii="Yu Gothic" w:hAnsi="Yu Gothic" w:eastAsia="Yu Gothic"/>
          <w:b/>
          <w:color w:val="000000"/>
          <w:sz w:val="19"/>
        </w:rPr>
        <w:t>院外からご依頼の場合は、本依頼書をFAXまたはEメールでお送りください。</w:t>
      </w:r>
    </w:p>
    <w:p>
      <w:pPr>
        <w:spacing w:after="120" w:line="264" w:lineRule="auto"/>
        <w:ind w:left="227"/>
      </w:pPr>
      <w:r>
        <w:rPr>
          <w:rFonts w:ascii="Yu Gothic" w:hAnsi="Yu Gothic" w:eastAsia="Yu Gothic"/>
          <w:b w:val="0"/>
          <w:color w:val="000000"/>
          <w:sz w:val="19"/>
        </w:rPr>
        <w:t>FAX：011-726-9547　　Eメール：takahiro.tsuji@city.sapporo.jp</w:t>
      </w:r>
    </w:p>
    <w:p>
      <w:pPr>
        <w:spacing w:after="40"/>
      </w:pPr>
      <w:r>
        <w:rPr>
          <w:rFonts w:ascii="Yu Gothic" w:hAnsi="Yu Gothic" w:eastAsia="Yu Gothic"/>
          <w:b/>
          <w:color w:val="C00000"/>
          <w:sz w:val="17"/>
        </w:rPr>
        <w:t>＊</w:t>
      </w:r>
      <w:r>
        <w:rPr>
          <w:rFonts w:ascii="Yu Gothic" w:hAnsi="Yu Gothic" w:eastAsia="Yu Gothic"/>
          <w:b w:val="0"/>
          <w:color w:val="000000"/>
          <w:sz w:val="17"/>
        </w:rPr>
        <w:t>は必須項目です。必ずご記入ください。</w:t>
      </w:r>
    </w:p>
    <w:p>
      <w:pPr>
        <w:keepNext/>
        <w:spacing w:before="120" w:after="60"/>
      </w:pPr>
      <w:r>
        <w:rPr>
          <w:rFonts w:ascii="Yu Gothic" w:hAnsi="Yu Gothic" w:eastAsia="Yu Gothic"/>
          <w:b/>
          <w:color w:val="000000"/>
          <w:sz w:val="21"/>
        </w:rPr>
        <w:t>依頼者情報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space="0" w:color="AEB8C2"/>
          <w:left w:val="single" w:sz="8" w:space="0" w:color="AEB8C2"/>
          <w:bottom w:val="single" w:sz="8" w:space="0" w:color="AEB8C2"/>
          <w:right w:val="single" w:sz="8" w:space="0" w:color="AEB8C2"/>
          <w:insideH w:val="single" w:sz="8" w:space="0" w:color="AEB8C2"/>
          <w:insideV w:val="single" w:sz="8" w:space="0" w:color="AEB8C2"/>
        </w:tblBorders>
      </w:tblPr>
      <w:tblGrid>
        <w:gridCol w:w="2579"/>
        <w:gridCol w:w="2579"/>
        <w:gridCol w:w="2579"/>
        <w:gridCol w:w="2579"/>
      </w:tblGrid>
      <w:tr>
        <w:tc>
          <w:tcPr>
            <w:tcW w:type="dxa" w:w="1361"/>
            <w:vAlign w:val="center"/>
            <w:tcMar>
              <w:top w:w="45" w:type="dxa"/>
              <w:start w:w="100" w:type="dxa"/>
              <w:bottom w:w="45" w:type="dxa"/>
              <w:end w:w="100" w:type="dxa"/>
            </w:tcMar>
            <w:shd w:fill="EAF0F5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Yu Gothic" w:hAnsi="Yu Gothic" w:eastAsia="Yu Gothic"/>
                <w:b/>
                <w:color w:val="000000"/>
                <w:sz w:val="18"/>
              </w:rPr>
              <w:t>依頼者</w:t>
            </w:r>
            <w:r>
              <w:rPr>
                <w:rFonts w:ascii="Yu Gothic" w:hAnsi="Yu Gothic" w:eastAsia="Yu Gothic"/>
                <w:b/>
                <w:color w:val="C00000"/>
                <w:sz w:val="18"/>
              </w:rPr>
              <w:t>＊</w:t>
            </w:r>
          </w:p>
        </w:tc>
        <w:tc>
          <w:tcPr>
            <w:tcW w:type="dxa" w:w="311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Yu Gothic" w:hAnsi="Yu Gothic" w:eastAsia="Yu Gothic"/>
                <w:b w:val="0"/>
                <w:color w:val="000000"/>
                <w:sz w:val="19"/>
              </w:rPr>
            </w:r>
          </w:p>
        </w:tc>
        <w:tc>
          <w:tcPr>
            <w:tcW w:type="dxa" w:w="1587"/>
            <w:vAlign w:val="center"/>
            <w:tcMar>
              <w:top w:w="45" w:type="dxa"/>
              <w:start w:w="100" w:type="dxa"/>
              <w:bottom w:w="45" w:type="dxa"/>
              <w:end w:w="100" w:type="dxa"/>
            </w:tcMar>
            <w:shd w:fill="EAF0F5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Yu Gothic" w:hAnsi="Yu Gothic" w:eastAsia="Yu Gothic"/>
                <w:b/>
                <w:color w:val="000000"/>
                <w:sz w:val="18"/>
              </w:rPr>
              <w:t>所属名</w:t>
            </w:r>
            <w:r>
              <w:rPr>
                <w:rFonts w:ascii="Yu Gothic" w:hAnsi="Yu Gothic" w:eastAsia="Yu Gothic"/>
                <w:b/>
                <w:color w:val="C00000"/>
                <w:sz w:val="18"/>
              </w:rPr>
              <w:t>＊</w:t>
            </w:r>
          </w:p>
        </w:tc>
        <w:tc>
          <w:tcPr>
            <w:tcW w:type="dxa" w:w="425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Yu Gothic" w:hAnsi="Yu Gothic" w:eastAsia="Yu Gothic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1361"/>
            <w:vAlign w:val="center"/>
            <w:tcMar>
              <w:top w:w="45" w:type="dxa"/>
              <w:start w:w="100" w:type="dxa"/>
              <w:bottom w:w="45" w:type="dxa"/>
              <w:end w:w="100" w:type="dxa"/>
            </w:tcMar>
            <w:shd w:fill="EAF0F5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Yu Gothic" w:hAnsi="Yu Gothic" w:eastAsia="Yu Gothic"/>
                <w:b/>
                <w:color w:val="000000"/>
                <w:sz w:val="18"/>
              </w:rPr>
              <w:t>電話番号</w:t>
            </w:r>
            <w:r>
              <w:rPr>
                <w:rFonts w:ascii="Yu Gothic" w:hAnsi="Yu Gothic" w:eastAsia="Yu Gothic"/>
                <w:b/>
                <w:color w:val="C00000"/>
                <w:sz w:val="18"/>
              </w:rPr>
              <w:t>＊</w:t>
            </w:r>
          </w:p>
        </w:tc>
        <w:tc>
          <w:tcPr>
            <w:tcW w:type="dxa" w:w="311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Yu Gothic" w:hAnsi="Yu Gothic" w:eastAsia="Yu Gothic"/>
                <w:b w:val="0"/>
                <w:color w:val="000000"/>
                <w:sz w:val="19"/>
              </w:rPr>
            </w:r>
          </w:p>
        </w:tc>
        <w:tc>
          <w:tcPr>
            <w:tcW w:type="dxa" w:w="1587"/>
            <w:vAlign w:val="center"/>
            <w:tcMar>
              <w:top w:w="45" w:type="dxa"/>
              <w:start w:w="100" w:type="dxa"/>
              <w:bottom w:w="45" w:type="dxa"/>
              <w:end w:w="100" w:type="dxa"/>
            </w:tcMar>
            <w:shd w:fill="EAF0F5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Yu Gothic" w:hAnsi="Yu Gothic" w:eastAsia="Yu Gothic"/>
                <w:b/>
                <w:color w:val="000000"/>
                <w:sz w:val="18"/>
              </w:rPr>
              <w:t>Eメール</w:t>
            </w:r>
            <w:r>
              <w:rPr>
                <w:rFonts w:ascii="Yu Gothic" w:hAnsi="Yu Gothic" w:eastAsia="Yu Gothic"/>
                <w:b/>
                <w:color w:val="C00000"/>
                <w:sz w:val="18"/>
              </w:rPr>
              <w:t>＊</w:t>
            </w:r>
          </w:p>
        </w:tc>
        <w:tc>
          <w:tcPr>
            <w:tcW w:type="dxa" w:w="425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Yu Gothic" w:hAnsi="Yu Gothic" w:eastAsia="Yu Gothic"/>
                <w:b w:val="0"/>
                <w:color w:val="000000"/>
                <w:sz w:val="19"/>
              </w:rPr>
            </w:r>
          </w:p>
        </w:tc>
      </w:tr>
    </w:tbl>
    <w:p>
      <w:pPr>
        <w:keepNext/>
        <w:spacing w:before="120" w:after="60"/>
      </w:pPr>
      <w:r>
        <w:rPr>
          <w:rFonts w:ascii="Yu Gothic" w:hAnsi="Yu Gothic" w:eastAsia="Yu Gothic"/>
          <w:b/>
          <w:color w:val="000000"/>
          <w:sz w:val="21"/>
        </w:rPr>
        <w:t>患者情報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space="0" w:color="AEB8C2"/>
          <w:left w:val="single" w:sz="8" w:space="0" w:color="AEB8C2"/>
          <w:bottom w:val="single" w:sz="8" w:space="0" w:color="AEB8C2"/>
          <w:right w:val="single" w:sz="8" w:space="0" w:color="AEB8C2"/>
          <w:insideH w:val="single" w:sz="8" w:space="0" w:color="AEB8C2"/>
          <w:insideV w:val="single" w:sz="8" w:space="0" w:color="AEB8C2"/>
        </w:tblBorders>
      </w:tblPr>
      <w:tblGrid>
        <w:gridCol w:w="1720"/>
        <w:gridCol w:w="1720"/>
        <w:gridCol w:w="1720"/>
        <w:gridCol w:w="1720"/>
        <w:gridCol w:w="1720"/>
        <w:gridCol w:w="1720"/>
      </w:tblGrid>
      <w:tr>
        <w:tc>
          <w:tcPr>
            <w:tcW w:type="dxa" w:w="1587"/>
            <w:vAlign w:val="center"/>
            <w:tcMar>
              <w:top w:w="45" w:type="dxa"/>
              <w:start w:w="100" w:type="dxa"/>
              <w:bottom w:w="45" w:type="dxa"/>
              <w:end w:w="100" w:type="dxa"/>
            </w:tcMar>
            <w:shd w:fill="EAF0F5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Yu Gothic" w:hAnsi="Yu Gothic" w:eastAsia="Yu Gothic"/>
                <w:b/>
                <w:color w:val="000000"/>
                <w:sz w:val="18"/>
              </w:rPr>
              <w:t>患者氏名</w:t>
            </w:r>
            <w:r>
              <w:rPr>
                <w:rFonts w:ascii="Yu Gothic" w:hAnsi="Yu Gothic" w:eastAsia="Yu Gothic"/>
                <w:b/>
                <w:color w:val="C00000"/>
                <w:sz w:val="18"/>
              </w:rPr>
              <w:t>＊</w:t>
            </w:r>
          </w:p>
        </w:tc>
        <w:tc>
          <w:tcPr>
            <w:tcW w:type="dxa" w:w="238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Yu Gothic" w:hAnsi="Yu Gothic" w:eastAsia="Yu Gothic"/>
                <w:b w:val="0"/>
                <w:color w:val="000000"/>
                <w:sz w:val="19"/>
              </w:rPr>
            </w:r>
          </w:p>
        </w:tc>
        <w:tc>
          <w:tcPr>
            <w:tcW w:type="dxa" w:w="113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EAF0F5"/>
          </w:tcPr>
          <w:p>
            <w:pPr>
              <w:spacing w:before="0" w:after="0" w:line="252" w:lineRule="auto"/>
              <w:jc w:val="left"/>
            </w:pPr>
            <w:r>
              <w:rPr>
                <w:b/>
              </w:rPr>
            </w:r>
            <w:r>
              <w:rPr>
                <w:rFonts w:ascii="Yu Gothic" w:hAnsi="Yu Gothic" w:eastAsia="Yu Gothic"/>
                <w:b/>
                <w:color w:val="000000"/>
                <w:sz w:val="18"/>
              </w:rPr>
              <w:t>患者ID</w:t>
            </w:r>
          </w:p>
        </w:tc>
        <w:tc>
          <w:tcPr>
            <w:tcW w:type="dxa" w:w="141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Yu Gothic" w:hAnsi="Yu Gothic" w:eastAsia="Yu Gothic"/>
                <w:b w:val="0"/>
                <w:color w:val="000000"/>
                <w:sz w:val="19"/>
              </w:rPr>
            </w:r>
          </w:p>
        </w:tc>
        <w:tc>
          <w:tcPr>
            <w:tcW w:type="dxa" w:w="1757"/>
            <w:vAlign w:val="center"/>
            <w:tcMar>
              <w:top w:w="45" w:type="dxa"/>
              <w:start w:w="100" w:type="dxa"/>
              <w:bottom w:w="45" w:type="dxa"/>
              <w:end w:w="100" w:type="dxa"/>
            </w:tcMar>
            <w:shd w:fill="EAF0F5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Yu Gothic" w:hAnsi="Yu Gothic" w:eastAsia="Yu Gothic"/>
                <w:b/>
                <w:color w:val="000000"/>
                <w:sz w:val="17"/>
              </w:rPr>
              <w:t>病理標本番号</w:t>
            </w:r>
            <w:r>
              <w:rPr>
                <w:rFonts w:ascii="Yu Gothic" w:hAnsi="Yu Gothic" w:eastAsia="Yu Gothic"/>
                <w:b/>
                <w:color w:val="C00000"/>
                <w:sz w:val="17"/>
              </w:rPr>
              <w:t>＊</w:t>
            </w:r>
          </w:p>
        </w:tc>
        <w:tc>
          <w:tcPr>
            <w:tcW w:type="dxa" w:w="204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Yu Gothic" w:hAnsi="Yu Gothic" w:eastAsia="Yu Gothic"/>
                <w:b w:val="0"/>
                <w:color w:val="000000"/>
                <w:sz w:val="19"/>
              </w:rPr>
            </w:r>
          </w:p>
        </w:tc>
      </w:tr>
    </w:tbl>
    <w:p>
      <w:pPr>
        <w:keepNext/>
        <w:spacing w:before="120" w:after="60"/>
      </w:pPr>
      <w:r>
        <w:rPr>
          <w:rFonts w:ascii="Yu Gothic" w:hAnsi="Yu Gothic" w:eastAsia="Yu Gothic"/>
          <w:b/>
          <w:color w:val="000000"/>
          <w:sz w:val="21"/>
        </w:rPr>
        <w:t>希望する画像の内容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space="0" w:color="AEB8C2"/>
          <w:left w:val="single" w:sz="8" w:space="0" w:color="AEB8C2"/>
          <w:bottom w:val="single" w:sz="8" w:space="0" w:color="AEB8C2"/>
          <w:right w:val="single" w:sz="8" w:space="0" w:color="AEB8C2"/>
          <w:insideH w:val="single" w:sz="8" w:space="0" w:color="AEB8C2"/>
          <w:insideV w:val="single" w:sz="8" w:space="0" w:color="AEB8C2"/>
        </w:tblBorders>
      </w:tblPr>
      <w:tblGrid>
        <w:gridCol w:w="10318"/>
      </w:tblGrid>
      <w:tr>
        <w:tc>
          <w:tcPr>
            <w:tcW w:type="dxa" w:w="1031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Yu Gothic" w:hAnsi="Yu Gothic" w:eastAsia="Yu Gothic"/>
                <w:b w:val="0"/>
                <w:color w:val="000000"/>
                <w:sz w:val="17"/>
              </w:rPr>
              <w:t>部位、染色、倍率、枚数など、希望する画像の内容を具体的に記載してください。</w:t>
            </w:r>
          </w:p>
          <w:p>
            <w:pPr>
              <w:spacing w:before="0" w:after="0" w:line="240" w:lineRule="auto"/>
            </w:pPr>
            <w:r>
              <w:rPr>
                <w:rFonts w:ascii="Yu Gothic" w:hAnsi="Yu Gothic" w:eastAsia="Yu Gothic"/>
                <w:b w:val="0"/>
                <w:color w:val="000000"/>
                <w:sz w:val="20"/>
              </w:rPr>
              <w:t xml:space="preserve">　</w:t>
            </w:r>
          </w:p>
          <w:p>
            <w:pPr>
              <w:spacing w:before="0" w:after="0" w:line="240" w:lineRule="auto"/>
            </w:pPr>
            <w:r>
              <w:rPr>
                <w:rFonts w:ascii="Yu Gothic" w:hAnsi="Yu Gothic" w:eastAsia="Yu Gothic"/>
                <w:b w:val="0"/>
                <w:color w:val="000000"/>
                <w:sz w:val="20"/>
              </w:rPr>
              <w:t xml:space="preserve">　</w:t>
            </w:r>
          </w:p>
          <w:p>
            <w:pPr>
              <w:spacing w:before="0" w:after="0" w:line="240" w:lineRule="auto"/>
            </w:pPr>
            <w:r>
              <w:rPr>
                <w:rFonts w:ascii="Yu Gothic" w:hAnsi="Yu Gothic" w:eastAsia="Yu Gothic"/>
                <w:b w:val="0"/>
                <w:color w:val="000000"/>
                <w:sz w:val="20"/>
              </w:rPr>
              <w:t xml:space="preserve">　</w:t>
            </w:r>
          </w:p>
          <w:p>
            <w:pPr>
              <w:spacing w:before="0" w:after="0" w:line="240" w:lineRule="auto"/>
            </w:pPr>
            <w:r>
              <w:rPr>
                <w:rFonts w:ascii="Yu Gothic" w:hAnsi="Yu Gothic" w:eastAsia="Yu Gothic"/>
                <w:b w:val="0"/>
                <w:color w:val="000000"/>
                <w:sz w:val="20"/>
              </w:rPr>
              <w:t xml:space="preserve">　</w:t>
            </w:r>
          </w:p>
          <w:p>
            <w:pPr>
              <w:spacing w:before="0" w:after="0" w:line="240" w:lineRule="auto"/>
            </w:pPr>
            <w:r>
              <w:rPr>
                <w:rFonts w:ascii="Yu Gothic" w:hAnsi="Yu Gothic" w:eastAsia="Yu Gothic"/>
                <w:b w:val="0"/>
                <w:color w:val="000000"/>
                <w:sz w:val="20"/>
              </w:rPr>
              <w:t xml:space="preserve">　</w:t>
            </w:r>
          </w:p>
          <w:p>
            <w:pPr>
              <w:spacing w:before="40" w:after="0"/>
            </w:pPr>
            <w:r>
              <w:rPr>
                <w:rFonts w:ascii="Yu Gothic" w:hAnsi="Yu Gothic" w:eastAsia="Yu Gothic"/>
                <w:b w:val="0"/>
                <w:color w:val="000000"/>
                <w:sz w:val="19"/>
              </w:rPr>
              <w:t>スケール　□ 不要　　□ 必要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space="0" w:color="AEB8C2"/>
          <w:left w:val="single" w:sz="8" w:space="0" w:color="AEB8C2"/>
          <w:bottom w:val="single" w:sz="8" w:space="0" w:color="AEB8C2"/>
          <w:right w:val="single" w:sz="8" w:space="0" w:color="AEB8C2"/>
          <w:insideH w:val="single" w:sz="8" w:space="0" w:color="AEB8C2"/>
          <w:insideV w:val="single" w:sz="8" w:space="0" w:color="AEB8C2"/>
        </w:tblBorders>
      </w:tblPr>
      <w:tblGrid>
        <w:gridCol w:w="2381"/>
        <w:gridCol w:w="8164"/>
      </w:tblGrid>
      <w:tr>
        <w:tc>
          <w:tcPr>
            <w:tcW w:type="dxa" w:w="515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EAF0F5"/>
          </w:tcPr>
          <w:p>
            <w:pPr>
              <w:spacing w:before="0" w:after="0" w:line="252" w:lineRule="auto"/>
              <w:jc w:val="left"/>
            </w:pPr>
            <w:r>
              <w:rPr>
                <w:b/>
              </w:rPr>
            </w:r>
            <w:r>
              <w:rPr>
                <w:rFonts w:ascii="Yu Gothic" w:hAnsi="Yu Gothic" w:eastAsia="Yu Gothic"/>
                <w:b/>
                <w:color w:val="000000"/>
                <w:sz w:val="19"/>
              </w:rPr>
              <w:t>画像提供希望日</w:t>
            </w:r>
          </w:p>
        </w:tc>
        <w:tc>
          <w:tcPr>
            <w:tcW w:type="dxa" w:w="515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Yu Gothic" w:hAnsi="Yu Gothic" w:eastAsia="Yu Gothic"/>
                <w:b w:val="0"/>
                <w:color w:val="000000"/>
                <w:sz w:val="18"/>
              </w:rPr>
              <w:t>20　　年　　月　　日　※依頼日から原則2週間以降の日付をご記載ください。</w:t>
            </w:r>
          </w:p>
        </w:tc>
      </w:tr>
    </w:tbl>
    <w:p>
      <w:pPr>
        <w:keepNext/>
        <w:spacing w:before="120" w:after="60"/>
      </w:pPr>
      <w:r>
        <w:rPr>
          <w:rFonts w:ascii="Yu Gothic" w:hAnsi="Yu Gothic" w:eastAsia="Yu Gothic"/>
          <w:b/>
          <w:color w:val="000000"/>
          <w:sz w:val="21"/>
        </w:rPr>
        <w:t>利用目的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space="0" w:color="AEB8C2"/>
          <w:left w:val="single" w:sz="8" w:space="0" w:color="AEB8C2"/>
          <w:bottom w:val="single" w:sz="8" w:space="0" w:color="AEB8C2"/>
          <w:right w:val="single" w:sz="8" w:space="0" w:color="AEB8C2"/>
          <w:insideH w:val="single" w:sz="8" w:space="0" w:color="AEB8C2"/>
          <w:insideV w:val="single" w:sz="8" w:space="0" w:color="AEB8C2"/>
        </w:tblBorders>
      </w:tblPr>
      <w:tblGrid>
        <w:gridCol w:w="10318"/>
      </w:tblGrid>
      <w:tr>
        <w:tc>
          <w:tcPr>
            <w:tcW w:type="dxa" w:w="1031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Yu Gothic" w:hAnsi="Yu Gothic" w:eastAsia="Yu Gothic"/>
                <w:b w:val="0"/>
                <w:color w:val="000000"/>
                <w:sz w:val="18"/>
              </w:rPr>
              <w:t>□ 学会・研究会　　発表日：　　　　　　　　　　演題名：</w:t>
            </w:r>
          </w:p>
        </w:tc>
      </w:tr>
      <w:tr>
        <w:tc>
          <w:tcPr>
            <w:tcW w:type="dxa" w:w="1031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Yu Gothic" w:hAnsi="Yu Gothic" w:eastAsia="Yu Gothic"/>
                <w:b w:val="0"/>
                <w:color w:val="000000"/>
                <w:sz w:val="18"/>
              </w:rPr>
              <w:t xml:space="preserve">　 ※抄録を添付してください。</w:t>
            </w:r>
          </w:p>
        </w:tc>
      </w:tr>
      <w:tr>
        <w:tc>
          <w:tcPr>
            <w:tcW w:type="dxa" w:w="1031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Yu Gothic" w:hAnsi="Yu Gothic" w:eastAsia="Yu Gothic"/>
                <w:b w:val="0"/>
                <w:color w:val="000000"/>
                <w:sz w:val="18"/>
              </w:rPr>
              <w:t>□ 院内検討会・カンファレンス　　実施日：　　　　　　　　　　名称：</w:t>
            </w:r>
          </w:p>
        </w:tc>
      </w:tr>
      <w:tr>
        <w:tc>
          <w:tcPr>
            <w:tcW w:type="dxa" w:w="1031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Yu Gothic" w:hAnsi="Yu Gothic" w:eastAsia="Yu Gothic"/>
                <w:b w:val="0"/>
                <w:color w:val="000000"/>
                <w:sz w:val="18"/>
              </w:rPr>
              <w:t>□ 論文投稿　　投稿先：　　　　　　　　　　　　□ 研究</w:t>
            </w:r>
          </w:p>
        </w:tc>
      </w:tr>
      <w:tr>
        <w:tc>
          <w:tcPr>
            <w:tcW w:type="dxa" w:w="1031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Yu Gothic" w:hAnsi="Yu Gothic" w:eastAsia="Yu Gothic"/>
                <w:b w:val="0"/>
                <w:color w:val="000000"/>
                <w:sz w:val="18"/>
              </w:rPr>
              <w:t>□ その他（具体的に）：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space="0" w:color="AEB8C2"/>
          <w:left w:val="single" w:sz="8" w:space="0" w:color="AEB8C2"/>
          <w:bottom w:val="single" w:sz="8" w:space="0" w:color="AEB8C2"/>
          <w:right w:val="single" w:sz="8" w:space="0" w:color="AEB8C2"/>
          <w:insideH w:val="single" w:sz="8" w:space="0" w:color="AEB8C2"/>
          <w:insideV w:val="single" w:sz="8" w:space="0" w:color="AEB8C2"/>
        </w:tblBorders>
      </w:tblPr>
      <w:tblGrid>
        <w:gridCol w:w="10318"/>
      </w:tblGrid>
      <w:tr>
        <w:tc>
          <w:tcPr>
            <w:tcW w:type="dxa" w:w="1031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Yu Gothic" w:hAnsi="Yu Gothic" w:eastAsia="Yu Gothic"/>
                <w:b w:val="0"/>
                <w:color w:val="000000"/>
                <w:sz w:val="18"/>
              </w:rPr>
              <w:t>病理医・技師の共同演者・共著者としての参画　　□ なし　　□ あり（氏名：　　　　　　　　　　　　　）</w:t>
            </w:r>
          </w:p>
        </w:tc>
      </w:tr>
    </w:tbl>
    <w:p>
      <w:pPr>
        <w:keepNext/>
        <w:spacing w:before="120" w:after="60"/>
      </w:pPr>
      <w:r>
        <w:rPr>
          <w:rFonts w:ascii="Yu Gothic" w:hAnsi="Yu Gothic" w:eastAsia="Yu Gothic"/>
          <w:b/>
          <w:color w:val="000000"/>
          <w:sz w:val="21"/>
        </w:rPr>
        <w:t>注意事項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space="0" w:color="AEB8C2"/>
          <w:left w:val="single" w:sz="8" w:space="0" w:color="AEB8C2"/>
          <w:bottom w:val="single" w:sz="8" w:space="0" w:color="AEB8C2"/>
          <w:right w:val="single" w:sz="8" w:space="0" w:color="AEB8C2"/>
          <w:insideH w:val="single" w:sz="8" w:space="0" w:color="AEB8C2"/>
          <w:insideV w:val="single" w:sz="8" w:space="0" w:color="AEB8C2"/>
        </w:tblBorders>
      </w:tblPr>
      <w:tblGrid>
        <w:gridCol w:w="10318"/>
      </w:tblGrid>
      <w:tr>
        <w:tc>
          <w:tcPr>
            <w:tcW w:type="dxa" w:w="1031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Yu Gothic" w:hAnsi="Yu Gothic" w:eastAsia="Yu Gothic"/>
                <w:b w:val="0"/>
                <w:color w:val="000000"/>
                <w:sz w:val="16"/>
              </w:rPr>
              <w:t>・提供された画像は、申請した目的以外には使用しないでください。</w:t>
              <w:br/>
              <w:t>・個人情報の守秘義務を遵守し、画像内の病理標本番号など個人を識別し得る情報は、必要に応じて削除またはマスキングしてください。</w:t>
              <w:br/>
              <w:t>・依頼内容によっては、画像作成等に要する費用のご負担をお願いする場合があります。</w:t>
            </w:r>
          </w:p>
        </w:tc>
      </w:tr>
    </w:tbl>
    <w:p>
      <w:pPr>
        <w:keepNext/>
        <w:spacing w:before="120" w:after="60"/>
      </w:pPr>
      <w:r>
        <w:rPr>
          <w:rFonts w:ascii="Yu Gothic" w:hAnsi="Yu Gothic" w:eastAsia="Yu Gothic"/>
          <w:b/>
          <w:color w:val="000000"/>
          <w:sz w:val="21"/>
        </w:rPr>
        <w:t>以下　病理診断科使用欄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space="0" w:color="AEB8C2"/>
          <w:left w:val="single" w:sz="8" w:space="0" w:color="AEB8C2"/>
          <w:bottom w:val="single" w:sz="8" w:space="0" w:color="AEB8C2"/>
          <w:right w:val="single" w:sz="8" w:space="0" w:color="AEB8C2"/>
          <w:insideH w:val="single" w:sz="8" w:space="0" w:color="AEB8C2"/>
          <w:insideV w:val="single" w:sz="8" w:space="0" w:color="AEB8C2"/>
        </w:tblBorders>
      </w:tblPr>
      <w:tblGrid>
        <w:gridCol w:w="10318"/>
      </w:tblGrid>
      <w:tr>
        <w:tc>
          <w:tcPr>
            <w:tcW w:type="dxa" w:w="1031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Yu Gothic" w:hAnsi="Yu Gothic" w:eastAsia="Yu Gothic"/>
                <w:b w:val="0"/>
                <w:color w:val="000000"/>
                <w:sz w:val="18"/>
              </w:rPr>
              <w:t>□ 承諾　／　□ 非承諾　　部長／他（　　　　　　　）　20　　年　　月　　日　　対応病理医：</w:t>
            </w:r>
          </w:p>
        </w:tc>
      </w:tr>
      <w:tr>
        <w:tc>
          <w:tcPr>
            <w:tcW w:type="dxa" w:w="1031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Yu Gothic" w:hAnsi="Yu Gothic" w:eastAsia="Yu Gothic"/>
                <w:b w:val="0"/>
                <w:color w:val="000000"/>
                <w:sz w:val="18"/>
              </w:rPr>
              <w:t>対応日：20　　年　　月　　日　　担当者：</w:t>
            </w:r>
          </w:p>
        </w:tc>
      </w:tr>
      <w:tr>
        <w:tc>
          <w:tcPr>
            <w:tcW w:type="dxa" w:w="1031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Yu Gothic" w:hAnsi="Yu Gothic" w:eastAsia="Yu Gothic"/>
                <w:b w:val="0"/>
                <w:color w:val="000000"/>
                <w:sz w:val="18"/>
              </w:rPr>
              <w:t>備考：</w:t>
            </w:r>
          </w:p>
          <w:p>
            <w:r>
              <w:t xml:space="preserve">　</w:t>
            </w:r>
          </w:p>
        </w:tc>
      </w:tr>
    </w:tbl>
    <w:p>
      <w:pPr>
        <w:spacing w:before="100" w:after="0"/>
        <w:jc w:val="center"/>
      </w:pPr>
      <w:r>
        <w:rPr>
          <w:rFonts w:ascii="Yu Gothic" w:hAnsi="Yu Gothic" w:eastAsia="Yu Gothic"/>
          <w:b w:val="0"/>
          <w:color w:val="000000"/>
          <w:sz w:val="16"/>
        </w:rPr>
        <w:t>市立札幌病院 病理診断科　〒060-8604 札幌市中央区北11条西13丁目1-1</w:t>
        <w:br/>
        <w:t>Tel 011-726-2211（内線5226）／ Fax 011-726-9547 ／ E-mail takahiro.tsuji@city.sapporo.jp</w:t>
      </w:r>
    </w:p>
    <w:sectPr w:rsidR="00DF5586" w:rsidSect="00034616">
      <w:pgSz w:w="11906" w:h="16838"/>
      <w:pgMar w:top="737" w:right="794" w:bottom="680" w:left="794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 JP">
    <w:altName w:val="Cambria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28447909">
    <w:abstractNumId w:val="8"/>
  </w:num>
  <w:num w:numId="2" w16cid:durableId="144401830">
    <w:abstractNumId w:val="6"/>
  </w:num>
  <w:num w:numId="3" w16cid:durableId="1457018897">
    <w:abstractNumId w:val="5"/>
  </w:num>
  <w:num w:numId="4" w16cid:durableId="1713647717">
    <w:abstractNumId w:val="4"/>
  </w:num>
  <w:num w:numId="5" w16cid:durableId="254022583">
    <w:abstractNumId w:val="7"/>
  </w:num>
  <w:num w:numId="6" w16cid:durableId="1600141106">
    <w:abstractNumId w:val="3"/>
  </w:num>
  <w:num w:numId="7" w16cid:durableId="1467240172">
    <w:abstractNumId w:val="2"/>
  </w:num>
  <w:num w:numId="8" w16cid:durableId="56127012">
    <w:abstractNumId w:val="1"/>
  </w:num>
  <w:num w:numId="9" w16cid:durableId="109452123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3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69AE"/>
    <w:rsid w:val="0015074B"/>
    <w:rsid w:val="0029639D"/>
    <w:rsid w:val="00326F90"/>
    <w:rsid w:val="00343E7B"/>
    <w:rsid w:val="005735DD"/>
    <w:rsid w:val="009F24D2"/>
    <w:rsid w:val="00A9020C"/>
    <w:rsid w:val="00AA1D8D"/>
    <w:rsid w:val="00B47730"/>
    <w:rsid w:val="00C710C1"/>
    <w:rsid w:val="00CB0664"/>
    <w:rsid w:val="00DF558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CD1EDDC"/>
  <w14:defaultImageDpi w14:val="300"/>
  <w15:docId w15:val="{9820B011-CAB7-3745-99C2-B6DD99D11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Yu Gothic" w:eastAsia="Yu Gothic" w:hAnsi="Yu Gothic"/>
      <w:color w:val="000000"/>
      <w:sz w:val="19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300"/>
      <w:contextualSpacing/>
    </w:pPr>
    <w:rPr>
      <w:rFonts w:asciiTheme="majorHAnsi" w:eastAsiaTheme="majorEastAsia" w:hAnsiTheme="majorHAnsi" w:cstheme="majorBidi" w:ascii="Yu Gothic" w:hAnsi="Yu Gothic" w:eastAsia="Yu Gothic"/>
      <w:color w:val="000000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病理標本画像提供依頼書（院外用）</dc:title>
  <dc:subject>院外医療機関からの病理標本画像提供依頼</dc:subject>
  <dc:creator>市立札幌病院 病理診断科</dc:creator>
  <cp:keywords>病理画像, 撮影依頼, 使用許可</cp:keywords>
  <dc:description>generated by python-docx</dc:description>
  <cp:lastModifiedBy>隆裕 辻</cp:lastModifiedBy>
  <cp:revision>3</cp:revision>
  <cp:lastPrinted>2026-08-27T07:32:00Z</cp:lastPrinted>
  <dcterms:created xsi:type="dcterms:W3CDTF">2013-12-23T23:15:00Z</dcterms:created>
  <dcterms:modified xsi:type="dcterms:W3CDTF">2026-08-27T07:33:00Z</dcterms:modified>
  <cp:category/>
</cp:coreProperties>
</file>